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343EA" w14:textId="77777777" w:rsidR="00D0208D" w:rsidRDefault="00000000">
      <w:pPr>
        <w:pStyle w:val="Heading1"/>
      </w:pPr>
      <w:r>
        <w:t>Russell County Chamber of Commerce</w:t>
      </w:r>
      <w:r>
        <w:br/>
        <w:t>27th Annual Golf Scramble</w:t>
      </w:r>
      <w:r>
        <w:br/>
        <w:t>Team Registration Form</w:t>
      </w:r>
    </w:p>
    <w:p w14:paraId="45412A9E" w14:textId="77777777" w:rsidR="00D0208D" w:rsidRDefault="00000000">
      <w:r>
        <w:t>Thursday, September 17, 2026 | Lakewood Country Club | Shotgun Start: 10:00 AM CST</w:t>
      </w:r>
    </w:p>
    <w:p w14:paraId="700CDB98" w14:textId="77777777" w:rsidR="00D0208D" w:rsidRDefault="00000000">
      <w:r>
        <w:t>Team Registration Fee: $250.00 per team</w:t>
      </w:r>
    </w:p>
    <w:p w14:paraId="38513B26" w14:textId="76A868DA" w:rsidR="00D0208D" w:rsidRDefault="00000000">
      <w:r>
        <w:t>Registration includes one mulligan and one skirt. Cart fee and lunch are not included.</w:t>
      </w:r>
    </w:p>
    <w:p w14:paraId="1F56EE0F" w14:textId="77777777" w:rsidR="00D0208D" w:rsidRDefault="00000000">
      <w:r>
        <w:br/>
        <w:t>Team Name: __________________________________________</w:t>
      </w:r>
    </w:p>
    <w:p w14:paraId="64F77357" w14:textId="77777777" w:rsidR="00D0208D" w:rsidRDefault="00000000">
      <w:r>
        <w:t>Business/Organization: _________________________________</w:t>
      </w:r>
    </w:p>
    <w:p w14:paraId="0410ABCC" w14:textId="77777777" w:rsidR="00D0208D" w:rsidRDefault="00000000">
      <w:r>
        <w:t>Contact Person: _______________________________________</w:t>
      </w:r>
    </w:p>
    <w:p w14:paraId="0E9B66C3" w14:textId="77777777" w:rsidR="00D0208D" w:rsidRDefault="00000000">
      <w:r>
        <w:t>Phone: ______________________________________________</w:t>
      </w:r>
    </w:p>
    <w:p w14:paraId="7AC1FC69" w14:textId="77777777" w:rsidR="00D0208D" w:rsidRDefault="00000000">
      <w:r>
        <w:t>Email: _______________________________________________</w:t>
      </w:r>
    </w:p>
    <w:p w14:paraId="7EFD4379" w14:textId="77777777" w:rsidR="00D0208D" w:rsidRDefault="00000000">
      <w:r>
        <w:br/>
        <w:t>Player 1: ____________________________________________</w:t>
      </w:r>
    </w:p>
    <w:p w14:paraId="5512788F" w14:textId="77777777" w:rsidR="00D0208D" w:rsidRDefault="00000000">
      <w:r>
        <w:t>Player 2: ____________________________________________</w:t>
      </w:r>
    </w:p>
    <w:p w14:paraId="40A7ECAD" w14:textId="77777777" w:rsidR="00D0208D" w:rsidRDefault="00000000">
      <w:r>
        <w:t>Player 3: ____________________________________________</w:t>
      </w:r>
    </w:p>
    <w:p w14:paraId="052F83D1" w14:textId="77777777" w:rsidR="00D0208D" w:rsidRDefault="00000000">
      <w:r>
        <w:t>Player 4: ____________________________________________</w:t>
      </w:r>
    </w:p>
    <w:p w14:paraId="0AE089AC" w14:textId="55C160B8" w:rsidR="00D0208D" w:rsidRDefault="00000000">
      <w:r>
        <w:br/>
      </w:r>
    </w:p>
    <w:p w14:paraId="630E4D6B" w14:textId="77777777" w:rsidR="00D0208D" w:rsidRDefault="00000000">
      <w:r>
        <w:t>Total Amount Enclosed: ________________________________</w:t>
      </w:r>
    </w:p>
    <w:sectPr w:rsidR="00D020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6064069">
    <w:abstractNumId w:val="8"/>
  </w:num>
  <w:num w:numId="2" w16cid:durableId="2119175470">
    <w:abstractNumId w:val="6"/>
  </w:num>
  <w:num w:numId="3" w16cid:durableId="508955855">
    <w:abstractNumId w:val="5"/>
  </w:num>
  <w:num w:numId="4" w16cid:durableId="1237745076">
    <w:abstractNumId w:val="4"/>
  </w:num>
  <w:num w:numId="5" w16cid:durableId="1898738082">
    <w:abstractNumId w:val="7"/>
  </w:num>
  <w:num w:numId="6" w16cid:durableId="1110970634">
    <w:abstractNumId w:val="3"/>
  </w:num>
  <w:num w:numId="7" w16cid:durableId="551305307">
    <w:abstractNumId w:val="2"/>
  </w:num>
  <w:num w:numId="8" w16cid:durableId="594821114">
    <w:abstractNumId w:val="1"/>
  </w:num>
  <w:num w:numId="9" w16cid:durableId="1324813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43A8"/>
    <w:rsid w:val="00326F90"/>
    <w:rsid w:val="00AA1D8D"/>
    <w:rsid w:val="00B47730"/>
    <w:rsid w:val="00C76010"/>
    <w:rsid w:val="00CB0664"/>
    <w:rsid w:val="00D0208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4D0DC1"/>
  <w14:defaultImageDpi w14:val="300"/>
  <w15:docId w15:val="{DA491D38-3953-40CE-A032-1D910048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info@russellcountychamber.com</cp:lastModifiedBy>
  <cp:revision>2</cp:revision>
  <dcterms:created xsi:type="dcterms:W3CDTF">2026-06-17T19:03:00Z</dcterms:created>
  <dcterms:modified xsi:type="dcterms:W3CDTF">2026-06-17T19:03:00Z</dcterms:modified>
  <cp:category/>
</cp:coreProperties>
</file>