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90926E" w14:textId="77777777" w:rsidR="003B26BD" w:rsidRDefault="00000000">
      <w:pPr>
        <w:pStyle w:val="Heading1"/>
      </w:pPr>
      <w:r>
        <w:t>Russell County Chamber of Commerce</w:t>
      </w:r>
      <w:r>
        <w:br/>
        <w:t>27th Annual Golf Scramble</w:t>
      </w:r>
      <w:r>
        <w:br/>
        <w:t>Sponsor Registration Form</w:t>
      </w:r>
    </w:p>
    <w:p w14:paraId="0D4E760F" w14:textId="77777777" w:rsidR="003B26BD" w:rsidRDefault="00000000">
      <w:r>
        <w:t>Thursday, September 17, 2026 | Lakewood Country Club</w:t>
      </w:r>
    </w:p>
    <w:p w14:paraId="1613C6BD" w14:textId="77777777" w:rsidR="003B26BD" w:rsidRDefault="00000000">
      <w:r>
        <w:t>Sponsorship Opportunity: $150.00</w:t>
      </w:r>
    </w:p>
    <w:p w14:paraId="0FBBF75C" w14:textId="77777777" w:rsidR="003B26BD" w:rsidRDefault="00000000">
      <w:r>
        <w:br/>
        <w:t>Business Name: _______________________________________</w:t>
      </w:r>
    </w:p>
    <w:p w14:paraId="390D4ED4" w14:textId="77777777" w:rsidR="003B26BD" w:rsidRDefault="00000000">
      <w:r>
        <w:t>Contact Person: _______________________________________</w:t>
      </w:r>
    </w:p>
    <w:p w14:paraId="4E95DCA7" w14:textId="77777777" w:rsidR="003B26BD" w:rsidRDefault="00000000">
      <w:r>
        <w:t>Phone: ______________________________________________</w:t>
      </w:r>
    </w:p>
    <w:p w14:paraId="663ED100" w14:textId="77777777" w:rsidR="003B26BD" w:rsidRDefault="00000000">
      <w:r>
        <w:t>Email: _______________________________________________</w:t>
      </w:r>
    </w:p>
    <w:p w14:paraId="12E4E124" w14:textId="77777777" w:rsidR="003B26BD" w:rsidRDefault="00000000">
      <w:r>
        <w:t>Mailing Address: ______________________________________</w:t>
      </w:r>
    </w:p>
    <w:p w14:paraId="719DEA62" w14:textId="77777777" w:rsidR="003B26BD" w:rsidRDefault="00000000">
      <w:r>
        <w:br/>
        <w:t>Sponsor Name as it should appear on signage:</w:t>
      </w:r>
    </w:p>
    <w:p w14:paraId="5235964E" w14:textId="77777777" w:rsidR="003B26BD" w:rsidRDefault="00000000">
      <w:r>
        <w:t>_____________________________________________________</w:t>
      </w:r>
    </w:p>
    <w:p w14:paraId="6CD40CF8" w14:textId="77777777" w:rsidR="003B26BD" w:rsidRDefault="00000000">
      <w:r>
        <w:br/>
        <w:t>Payment Amount: $150.00</w:t>
      </w:r>
    </w:p>
    <w:p w14:paraId="1E026FBF" w14:textId="77777777" w:rsidR="003B26BD" w:rsidRDefault="00000000">
      <w:r>
        <w:t>Authorized Signature: _________________________________</w:t>
      </w:r>
    </w:p>
    <w:sectPr w:rsidR="003B26BD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48648249">
    <w:abstractNumId w:val="8"/>
  </w:num>
  <w:num w:numId="2" w16cid:durableId="1325743337">
    <w:abstractNumId w:val="6"/>
  </w:num>
  <w:num w:numId="3" w16cid:durableId="771822947">
    <w:abstractNumId w:val="5"/>
  </w:num>
  <w:num w:numId="4" w16cid:durableId="1286614871">
    <w:abstractNumId w:val="4"/>
  </w:num>
  <w:num w:numId="5" w16cid:durableId="1920404974">
    <w:abstractNumId w:val="7"/>
  </w:num>
  <w:num w:numId="6" w16cid:durableId="1755281963">
    <w:abstractNumId w:val="3"/>
  </w:num>
  <w:num w:numId="7" w16cid:durableId="2140605014">
    <w:abstractNumId w:val="2"/>
  </w:num>
  <w:num w:numId="8" w16cid:durableId="1113087005">
    <w:abstractNumId w:val="1"/>
  </w:num>
  <w:num w:numId="9" w16cid:durableId="20624393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2E43A8"/>
    <w:rsid w:val="00326F90"/>
    <w:rsid w:val="003B26BD"/>
    <w:rsid w:val="00AA1D8D"/>
    <w:rsid w:val="00B47730"/>
    <w:rsid w:val="00CB0664"/>
    <w:rsid w:val="00ED43B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F67ED14"/>
  <w14:defaultImageDpi w14:val="300"/>
  <w15:docId w15:val="{DA491D38-3953-40CE-A032-1D9100484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</Words>
  <Characters>537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630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info@russellcountychamber.com</cp:lastModifiedBy>
  <cp:revision>2</cp:revision>
  <dcterms:created xsi:type="dcterms:W3CDTF">2026-06-17T19:03:00Z</dcterms:created>
  <dcterms:modified xsi:type="dcterms:W3CDTF">2026-06-17T19:03:00Z</dcterms:modified>
  <cp:category/>
</cp:coreProperties>
</file>